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זכר ונקבה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מספר למין השם (זכר/נקבה)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מספרים סודרים, תאריכים ושעות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צורת סמיכות של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חמש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שנים עשר 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הקומה השלישית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שנה היא שם עצם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כשהשם הוא זכר אומרים שלושה עם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בעברית עם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תאריך נאמר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בנויים מספרים סודרים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צורת הסמיכות הנכונה של המספר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המספר לצורה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(שלושה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(שלוש ילדות)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(חמש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(שתי שעות)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(הקומה השלישית)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(קו שבע)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המשפטים לפי הסדר הנכון בתהליך לימוד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כל בודקים אם שם העצם הוא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 זה זכר, מוסיפים ה' למספר (לדוגמה שלושה)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זה נקבה, לא מוסיפים ה' למספר (לדוגמה 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ה' הידיעה, ואז עוברים לצורת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את המשפט המלא עם המספר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ארבעה ילדים למדו בכיתה. ארבע ילדות שיחקו בחצר.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 סודר משמש לתיאור סדר, כמו קומה ראשונה או יום שלישי, ולא לכמות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ה' נוספת למספר כשהשם הוא זכר, למשל שלושה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שלוש וחצי, כי שעה היא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מונה סופר כמות, מספר סודר מתאר סדר כמו ראשון או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בדוגמאות מהכרטיסים ולבקש מהתלמידים להפוך אותם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רם את ההבדל בין זכר לנקבה לפני המעבר לתרגילי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זכר ונקבה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הבדל בין מספר בזכר לבין מספר בנקבה. בדף הזה נתרגל מתי אומרים שלושה ומתי שלוש, וגם איך אומרים תאריכים, שעות ומספרים סודרים.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3 ילדות -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שליש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5 שנים -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חמשת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חמישית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2 שעות -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שניים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שתיים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12 חודשים -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שתים עשרה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שנים עשר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שתים עשר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עשרה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קו 7 - מה המספר הסתמי הנכון?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 שביעי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 שבעת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הקומה ה-3 -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הקומה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הקומה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הקומה השלישית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הקומה 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שנה היא נקבה, לכן אומרים חמש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שלוש ילדים כי ילד הוא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שעה תמיד נאמרת בנקבה, למשל שלוש וחצי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תאריך נאמר בצורת נקבה, למשל בחמישה בדצמבר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בא אחרי שם העצם, למשל הקומה השלישית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3,000 אומרים שלושת אלפים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לי __________ חברות טובות (3, 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לומדים __________ ילדים (3,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עברו __________ שבועות מאז החופש (2)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השעה היא __________ וחצי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הוא ה-__________ בדצמבר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יש כאן __________ אלפים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היא גרה בקומה ה__________ (3, סודר)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המספר לצורה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הקומה השלישית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3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חמש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5 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2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שלושה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הקומה ה-3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שתי שעות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 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שלוש ילדות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המשפטים לפי הסדר הנכון בתהליך לימוד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זה זכר, מוסיפים ה' למספר (לדוגמה שלושה)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ה' הידיעה, ואז עוברים לצורת סמיכות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המשפט המלא עם המספר הנכון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כל בודקים אם שם העצם הוא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זה נקבה, לא מוסיפים ה' למספר (לדוגמה שלוש)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המספר 4 בזכר ומשפט אחד עם המספר 4 בנקבה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מתי משתמשים במספר סודר ולא במספר מונה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מוסיפים ה' למספר - בזכר או בנקבה?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את השעה 15:30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מונה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- זכר ונקבה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