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התאמת מספר למין השם (זכר/נקבה)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מספרים סודרים, תאריכים ושעות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צורת סמיכות של מספרים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 ילדות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חמש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שתי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שנים עשר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קו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הקומה השלישית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שנה היא שם עצם בנקבה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כשהשם הוא זכר אומרים שלושה עם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נהוג בעברית עם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תאריך נאמר בזכר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בנויים מספרים סודרים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צורת הסמיכות הנכונה של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שלישית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המספר לצורה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(שלושה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(שלוש 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(חמש 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(שתי שעות)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(הקומה השלישית)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(קו שבע)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המשפטים לפי הסדר הנכון בתהליך לימוד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כל בודקים אם שם העצם הוא זכר או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אם זה זכר, מוסיפים ה' למספר (לדוגמה שלושה)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זה נקבה, לא מוסיפים ה' למספר (לדוגמה שלוש)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ה' הידיעה, ואז עוברים לצורת סמיכות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המשפט המלא עם המספר הנכון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ארבעה ילדים למדו בכיתה. ארבע ילדות שיחקו בחצר.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מספר סודר משמש לתיאור סדר, כמו קומה ראשונה או יום שלישי, ולא לכמות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נוספת למספר כשהשם הוא זכר, למשל שלושה 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אומרים שלוש וחצי, כי שעה היא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מספר מונה סופר כמות, מספר סודר מתאר סדר כמו ראשון או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בדוגמאות מהכרטיסים ולבקש מהתלמידים להפוך אותם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בקול רם את ההבדל בין זכר לנקבה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בדוגמאות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 - זכר ונקבה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המספר משתנה לפי המין של המילה - זכר או נקבה. נתרגל איך אומרים מספרים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למשל: ילד,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מין דקדוקי, למשל: ילדה,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מונה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רגיל כמו אחד, שתיים,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סודר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שמתאר סדר, כמו ראשון, שלישי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סתמי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בלי שם עצם, כמו קו שבע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חיבור בין שתי מילים, המספר עם ה' הידיעה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בחודש, נאמר בזכר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נאמרת תמיד בנקבה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3 ילדות - מה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שליש 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5 שנים - מה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חמש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חמשת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חמישית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2 שעות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12 חודשים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שתים עשרה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שנים עשר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שתים עשר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עשרה חודשים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קו 7 - איך אומרים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 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 שבעת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הקומה ה-3 - איך אומרים?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הקומה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הקומה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הקומה השלישית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הקומה שלישי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שנה היא נקבה, לכן אומרים חמש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שלוש ילדים כי ילד הוא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שעה תמיד נאמרת בנקבה, למשל שלוש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תאריך נאמר בצורת נקבה, למשל בחמישה בדצמבר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בא אחרי שם העצם, למשל הקומה השלישית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3,000 אומרים שלושת אלפים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יש לי __________ חברות טובות (3,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בכיתה לומדים __________ ילדים (3, זכר)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עברו __________ שבועות מאז החופש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השעה היא __________ וחצי (3)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הוא ה-__________ בדצמבר (5)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יש כאן __________ אלפים 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7. היא גרה בקומה ה__________ (3, סודר)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המספר לצורה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חמש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3 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הקומה השלישית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2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 שבע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הקומה ה-3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שלוש ילדות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 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שתי שעות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המשפטים לפי הסדר הנכון בתהליך לימוד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ה' הידיעה, ואז עוברים לצורת סמיכות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נקבה, לא מוסיפים ה' למספר (לדוגמה שלוש)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כל בודקים אם שם העצם הוא זכר או נקבה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המלא עם המספר הנכון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זה זכר, מוסיפים ה' למספר (לדוגמה שלושה)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המספר 4 בזכר ומשפט אחד עם המספר 4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מתי משתמשים במספר סודר ולא במספר 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מוסיפים ה' למספר - בזכר או בנקבה?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אומרים את השעה 15:30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מספר מונה למספר סודר?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 - זכר ונקבה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