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- זכר ונקבה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מספר למין השם (זכר/נקבה)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מספרים סודרים, תאריכים ושעות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צורת סמיכות של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 ילדות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חמש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 שעות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שנה היא שם עצם בנקבה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כשהשם הוא זכר אומרים שלושה עם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בעברית עם שעות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המספר לצורה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(שלושה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(שלוש ילדות)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(חמש 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(שתי שעות)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המשפטים לפי הסדר הנכון בתהליך לימוד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כל בודקים אם שם העצם הוא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אם זה זכר, מוסיפים ה' למספר (לדוגמה שלושה)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זה נקבה, לא מוסיפים ה' למספר (לדוגמה שלוש)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ה' הידיעה, ואז עוברים לצורת סמיכות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ארבעה ילדים למדו בכיתה. ארבע ילדות שיחקו בחצר.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ה' נוספת למספר כשהשם הוא זכר, למשל שלושה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אומרים שלוש וחצי, כי שעה היא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מונה סופר כמות, מספר סודר מתאר סדר כמו ראשון או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בדוגמאות מהכרטיסים ולבקש מהתלמידים להפוך אותם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רם את ההבדל בין זכר לנקבה לפני המעבר לתרגילי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בדוגמאות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- זכר ונקבה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הבדל בין מספר בזכר לבין מספר בנקבה. בדף הזה נתרגל מתי אומרים שלושה ומתי שלוש, וגם איך אומרים תאריכים, שעות ומספרים סודרים.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שלוש  ·  שני  ·  שלושה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3 ילדות - איך אומרים?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שלושת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5 שנים - איך אומרים?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חמישה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חמש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חמשת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2 שעות - איך אומרים?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שניים שעות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שנה היא נקבה, לכן אומרים חמש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שלוש ילדים כי ילד הוא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שעה תמיד נאמרת בנקבה, למשל שלוש וחצי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יש לי __________ חברות טובות (3, 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בכיתה לומדים __________ ילדים (3, זכר)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עברו __________ שבועות מאז החופש (2)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המספר לצורה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3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חמש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3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שלושה 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5 שנים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שתי שעות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2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שלוש ילדות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המשפטים לפי הסדר הנכון בתהליך לימוד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זה זכר, מוסיפים ה' למספר (לדוגמה שלושה)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קודם כל בודקים אם שם העצם הוא זכר או נקבה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יש ה' הידיעה, ואז עוברים לצורת סמיכות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זה נקבה, לא מוסיפים ה' למספר (לדוגמה שלוש)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המספר 4 בזכר ומשפט אחד עם המספר 4 בנקבה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מוסיפים ה' למספר - בזכר או בנקבה?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אומרים את השעה 15:30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 - זכר ונקבה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